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CILIBIA</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3724423</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Str. Principală nr. 65, sat Cilibia, comuna Cilibia, județul Buzău, cod poștal 127180</w:t>
            </w:r>
          </w:p>
          <w:p w14:paraId="4CCF903B" w14:textId="77777777" w:rsidR="007F7E84" w:rsidRDefault="007F7E84">
            <w:pPr>
              <w:keepNext/>
            </w:pPr>
            <w:r>
              <w:t>Tel.: 0754 248 058; E-mail: primaria@comunacilibia.ro; Web: www.comunacilibia.ro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