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>BUZĂU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t>PRIMĂRIA COMUNEI CILIBIA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r>
              <w:t>Adresa</w:t>
            </w:r>
          </w:p>
          <w:p w14:paraId="29D0F212" w14:textId="77777777" w:rsidR="007A6244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4FE355EF" w14:textId="77777777" w:rsidR="007A6244" w:rsidRDefault="007A6244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