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A11ECC" w14:paraId="29022712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1F64A74C" w14:textId="77777777" w:rsidR="00A11ECC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7372DF9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18F924B6" w14:textId="77777777" w:rsidR="00A11ECC" w:rsidRDefault="00A11ECC">
            <w:pPr>
              <w:keepNext/>
            </w:pPr>
            <w:r>
              <w:t>BUZĂU</w:t>
            </w:r>
          </w:p>
        </w:tc>
      </w:tr>
      <w:tr w:rsidR="00A11ECC" w14:paraId="7B17993F" w14:textId="77777777">
        <w:trPr>
          <w:cantSplit/>
          <w:trHeight w:val="510"/>
        </w:trPr>
        <w:tc>
          <w:tcPr>
            <w:tcW w:w="1606" w:type="dxa"/>
            <w:vMerge/>
          </w:tcPr>
          <w:p w14:paraId="52A1A5EB" w14:textId="77777777" w:rsidR="00A11ECC" w:rsidRDefault="00A11ECC"/>
        </w:tc>
        <w:tc>
          <w:tcPr>
            <w:tcW w:w="8030" w:type="dxa"/>
            <w:gridSpan w:val="3"/>
            <w:shd w:val="clear" w:color="auto" w:fill="F0F0F0"/>
          </w:tcPr>
          <w:p w14:paraId="1E67140C" w14:textId="77777777" w:rsidR="00A11ECC" w:rsidRDefault="00000000">
            <w:pPr>
              <w:keepNext/>
            </w:pPr>
            <w:r>
              <w:t>PRIMĂRIA COMUNEI CILIBIA</w:t>
            </w:r>
          </w:p>
          <w:p w14:paraId="7378C482" w14:textId="77777777" w:rsidR="00A11ECC" w:rsidRDefault="00A11ECC">
            <w:pPr>
              <w:keepNext/>
            </w:pPr>
          </w:p>
        </w:tc>
      </w:tr>
      <w:tr w:rsidR="00A11ECC" w14:paraId="16F835A9" w14:textId="77777777">
        <w:trPr>
          <w:cantSplit/>
          <w:trHeight w:val="510"/>
        </w:trPr>
        <w:tc>
          <w:tcPr>
            <w:tcW w:w="1606" w:type="dxa"/>
            <w:vMerge/>
          </w:tcPr>
          <w:p w14:paraId="535F06FD" w14:textId="77777777" w:rsidR="00A11ECC" w:rsidRDefault="00A11ECC"/>
        </w:tc>
        <w:tc>
          <w:tcPr>
            <w:tcW w:w="2409" w:type="dxa"/>
            <w:shd w:val="clear" w:color="auto" w:fill="F0F0F0"/>
          </w:tcPr>
          <w:p w14:paraId="7F9BF08C" w14:textId="77777777" w:rsidR="00A11ECC" w:rsidRPr="00E6757A" w:rsidRDefault="00000000">
            <w:pPr>
              <w:keepNext/>
              <w:rPr>
                <w:lang w:val="fr-FR"/>
              </w:rPr>
            </w:pPr>
            <w:r w:rsidRPr="00E6757A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(CIF)</w:t>
            </w:r>
          </w:p>
          <w:p w14:paraId="1C68267E" w14:textId="77777777" w:rsidR="00A11ECC" w:rsidRPr="00E6757A" w:rsidRDefault="00A11ECC">
            <w:pPr>
              <w:keepNext/>
              <w:rPr>
                <w:lang w:val="fr-FR"/>
              </w:rPr>
            </w:pPr>
            <w:r>
              <w:t>3724423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62997E85" w14:textId="77777777" w:rsidR="00A11ECC" w:rsidRDefault="00000000">
            <w:pPr>
              <w:keepNext/>
            </w:pPr>
            <w:r>
              <w:t>Adresa</w:t>
            </w:r>
          </w:p>
          <w:p w14:paraId="3597B0D9" w14:textId="77777777" w:rsidR="00A11ECC" w:rsidRDefault="00000000">
            <w:pPr>
              <w:keepNext/>
            </w:pPr>
            <w:r>
              <w:t>Str. Principală nr. 65, sat Cilibia, comuna Cilibia, județul Buzău, cod poștal 127180</w:t>
            </w:r>
          </w:p>
          <w:p w14:paraId="17684A54" w14:textId="77777777" w:rsidR="00A11ECC" w:rsidRDefault="00A11ECC">
            <w:pPr>
              <w:keepNext/>
            </w:pPr>
            <w:r>
              <w:t>Tel.: 0754 248 058; E-mail: primaria@comunacilibia.ro; Web: www.comunacilibia.ro</w:t>
            </w:r>
          </w:p>
        </w:tc>
      </w:tr>
      <w:tr w:rsidR="00A11ECC" w14:paraId="4481D1BD" w14:textId="77777777">
        <w:trPr>
          <w:cantSplit/>
          <w:trHeight w:val="510"/>
        </w:trPr>
        <w:tc>
          <w:tcPr>
            <w:tcW w:w="1606" w:type="dxa"/>
            <w:vMerge/>
          </w:tcPr>
          <w:p w14:paraId="4B2F5043" w14:textId="77777777" w:rsidR="00A11ECC" w:rsidRDefault="00A11ECC"/>
        </w:tc>
        <w:tc>
          <w:tcPr>
            <w:tcW w:w="4818" w:type="dxa"/>
            <w:gridSpan w:val="2"/>
            <w:shd w:val="clear" w:color="auto" w:fill="F0F0F0"/>
          </w:tcPr>
          <w:p w14:paraId="7126F93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7F32F1B7" w14:textId="77777777" w:rsidR="00A11ECC" w:rsidRDefault="00A11ECC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606FF1BD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199CE08" w14:textId="77777777" w:rsidR="00A11ECC" w:rsidRDefault="00A11ECC">
            <w:pPr>
              <w:keepNext/>
            </w:pPr>
          </w:p>
        </w:tc>
      </w:tr>
      <w:tr w:rsidR="00A11ECC" w:rsidRPr="00182EDC" w14:paraId="2347B2A9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4358086A" w14:textId="77777777" w:rsidR="00A11ECC" w:rsidRPr="00E6757A" w:rsidRDefault="00000000">
            <w:pPr>
              <w:rPr>
                <w:lang w:val="fr-FR"/>
              </w:rPr>
            </w:pPr>
            <w:r w:rsidRPr="00E6757A">
              <w:rPr>
                <w:i/>
                <w:color w:val="595959"/>
                <w:lang w:val="fr-FR"/>
              </w:rPr>
              <w:t xml:space="preserve"> se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scrie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în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109DC34E" w14:textId="77777777" w:rsidR="00A11ECC" w:rsidRPr="00E6757A" w:rsidRDefault="00A11ECC">
      <w:pPr>
        <w:spacing w:line="168" w:lineRule="auto"/>
        <w:rPr>
          <w:lang w:val="fr-FR"/>
        </w:rPr>
      </w:pPr>
    </w:p>
    <w:p w14:paraId="0F5A4CDF" w14:textId="77777777" w:rsidR="00A11ECC" w:rsidRPr="00182EDC" w:rsidRDefault="00000000">
      <w:pPr>
        <w:spacing w:before="140" w:after="40"/>
        <w:jc w:val="center"/>
        <w:rPr>
          <w:sz w:val="28"/>
          <w:szCs w:val="28"/>
        </w:rPr>
      </w:pPr>
      <w:r w:rsidRPr="00182EDC">
        <w:rPr>
          <w:b/>
          <w:sz w:val="28"/>
          <w:szCs w:val="28"/>
        </w:rPr>
        <w:t>ÎNȘTIINȚARE</w:t>
      </w:r>
    </w:p>
    <w:p w14:paraId="1643D012" w14:textId="77777777" w:rsidR="00A11ECC" w:rsidRDefault="00000000">
      <w:pPr>
        <w:spacing w:after="120"/>
        <w:jc w:val="center"/>
      </w:pPr>
      <w:r>
        <w:rPr>
          <w:sz w:val="19"/>
        </w:rPr>
        <w:t>privind începerea execuției lucrărilor</w:t>
      </w:r>
    </w:p>
    <w:p w14:paraId="4291F9D6" w14:textId="77777777" w:rsidR="00A11ECC" w:rsidRDefault="00A11ECC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11ECC" w14:paraId="7612C26F" w14:textId="77777777">
        <w:trPr>
          <w:cantSplit/>
        </w:trPr>
        <w:tc>
          <w:tcPr>
            <w:tcW w:w="9636" w:type="dxa"/>
            <w:shd w:val="clear" w:color="auto" w:fill="F4F4F4"/>
          </w:tcPr>
          <w:p w14:paraId="752A6287" w14:textId="77777777" w:rsidR="00A11ECC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A11ECC" w:rsidRPr="00182EDC" w14:paraId="37740068" w14:textId="77777777">
        <w:trPr>
          <w:cantSplit/>
          <w:trHeight w:val="510"/>
        </w:trPr>
        <w:tc>
          <w:tcPr>
            <w:tcW w:w="9636" w:type="dxa"/>
          </w:tcPr>
          <w:p w14:paraId="48BA2405" w14:textId="77777777" w:rsidR="00A11ECC" w:rsidRPr="00E6757A" w:rsidRDefault="00000000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2804ABDC" w14:textId="77777777" w:rsidR="00A11ECC" w:rsidRPr="00E6757A" w:rsidRDefault="00000000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comunei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sector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5641DACE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</w:tr>
      <w:tr w:rsidR="00A11ECC" w:rsidRPr="00182EDC" w14:paraId="57F07BFF" w14:textId="77777777">
        <w:trPr>
          <w:cantSplit/>
        </w:trPr>
        <w:tc>
          <w:tcPr>
            <w:tcW w:w="9636" w:type="dxa"/>
            <w:shd w:val="clear" w:color="auto" w:fill="F4F4F4"/>
          </w:tcPr>
          <w:p w14:paraId="78405B03" w14:textId="77777777" w:rsidR="00A11ECC" w:rsidRPr="00E6757A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E6757A">
              <w:rPr>
                <w:lang w:val="fr-FR"/>
              </w:rPr>
              <w:t>Cererea</w:t>
            </w:r>
            <w:proofErr w:type="spellEnd"/>
            <w:r w:rsidRPr="00E6757A">
              <w:rPr>
                <w:lang w:val="fr-FR"/>
              </w:rPr>
              <w:t xml:space="preserve"> va fi </w:t>
            </w:r>
            <w:proofErr w:type="spellStart"/>
            <w:r w:rsidRPr="00E6757A">
              <w:rPr>
                <w:lang w:val="fr-FR"/>
              </w:rPr>
              <w:t>transmisă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către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președintele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consiliului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județean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primarul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general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primarul</w:t>
            </w:r>
            <w:proofErr w:type="spellEnd"/>
            <w:r w:rsidRPr="00E6757A">
              <w:rPr>
                <w:lang w:val="fr-FR"/>
              </w:rPr>
              <w:t xml:space="preserve"> de </w:t>
            </w:r>
            <w:proofErr w:type="spellStart"/>
            <w:r w:rsidRPr="00E6757A">
              <w:rPr>
                <w:lang w:val="fr-FR"/>
              </w:rPr>
              <w:t>sector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sau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primarul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municipiului</w:t>
            </w:r>
            <w:proofErr w:type="spellEnd"/>
            <w:r w:rsidRPr="00E6757A">
              <w:rPr>
                <w:lang w:val="fr-FR"/>
              </w:rPr>
              <w:t xml:space="preserve"> / </w:t>
            </w:r>
            <w:proofErr w:type="spellStart"/>
            <w:r w:rsidRPr="00E6757A">
              <w:rPr>
                <w:lang w:val="fr-FR"/>
              </w:rPr>
              <w:t>orașului</w:t>
            </w:r>
            <w:proofErr w:type="spellEnd"/>
            <w:r w:rsidRPr="00E6757A">
              <w:rPr>
                <w:lang w:val="fr-FR"/>
              </w:rPr>
              <w:t xml:space="preserve"> / </w:t>
            </w:r>
            <w:proofErr w:type="spellStart"/>
            <w:r w:rsidRPr="00E6757A">
              <w:rPr>
                <w:lang w:val="fr-FR"/>
              </w:rPr>
              <w:t>comunei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după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caz</w:t>
            </w:r>
            <w:proofErr w:type="spellEnd"/>
            <w:r w:rsidRPr="00E6757A">
              <w:rPr>
                <w:lang w:val="fr-FR"/>
              </w:rPr>
              <w:t>.</w:t>
            </w:r>
          </w:p>
        </w:tc>
      </w:tr>
    </w:tbl>
    <w:p w14:paraId="3FD1D3DB" w14:textId="77777777" w:rsidR="00A11ECC" w:rsidRPr="00E6757A" w:rsidRDefault="00A11ECC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A11ECC" w14:paraId="34B777E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FB959D0" w14:textId="77777777" w:rsidR="00A11ECC" w:rsidRDefault="00000000">
            <w:pPr>
              <w:keepNext/>
            </w:pPr>
            <w:r w:rsidRPr="00E6757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A11ECC" w14:paraId="5E841B04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D808035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45C36B89" w14:textId="77777777" w:rsidR="00A11ECC" w:rsidRDefault="00A11ECC">
            <w:pPr>
              <w:keepNext/>
            </w:pPr>
          </w:p>
        </w:tc>
        <w:tc>
          <w:tcPr>
            <w:tcW w:w="4015" w:type="dxa"/>
            <w:gridSpan w:val="3"/>
          </w:tcPr>
          <w:p w14:paraId="75015164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4E9C5560" w14:textId="77777777" w:rsidR="00A11ECC" w:rsidRDefault="00A11ECC">
            <w:pPr>
              <w:keepNext/>
            </w:pPr>
          </w:p>
        </w:tc>
      </w:tr>
      <w:tr w:rsidR="00A11ECC" w14:paraId="5222187E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D0D4BD0" w14:textId="77777777" w:rsidR="00A11ECC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A11ECC" w14:paraId="7E1FD110" w14:textId="77777777">
        <w:trPr>
          <w:cantSplit/>
          <w:trHeight w:val="510"/>
        </w:trPr>
        <w:tc>
          <w:tcPr>
            <w:tcW w:w="1606" w:type="dxa"/>
          </w:tcPr>
          <w:p w14:paraId="011280E1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3DE6E8D1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5E7E72CA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3406A505" w14:textId="77777777" w:rsidR="00A11ECC" w:rsidRDefault="00A11ECC">
            <w:pPr>
              <w:keepNext/>
            </w:pPr>
          </w:p>
        </w:tc>
        <w:tc>
          <w:tcPr>
            <w:tcW w:w="4818" w:type="dxa"/>
            <w:gridSpan w:val="5"/>
          </w:tcPr>
          <w:p w14:paraId="7DF59165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50D7D510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0315ACF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1986321" w14:textId="77777777" w:rsidR="00A11ECC" w:rsidRDefault="00A11ECC">
            <w:pPr>
              <w:keepNext/>
            </w:pPr>
          </w:p>
        </w:tc>
      </w:tr>
      <w:tr w:rsidR="00A11ECC" w14:paraId="2B7C18E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5A44F1F" w14:textId="77777777" w:rsidR="00A11ECC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A11ECC" w14:paraId="71035973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2D50C9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52501A06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4"/>
          </w:tcPr>
          <w:p w14:paraId="660341FA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2606FFF2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75959E8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07EED8E4" w14:textId="77777777" w:rsidR="00A11ECC" w:rsidRDefault="00A11ECC">
            <w:pPr>
              <w:keepNext/>
            </w:pPr>
          </w:p>
        </w:tc>
      </w:tr>
      <w:tr w:rsidR="00A11ECC" w14:paraId="7BDBDAA6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88B7A94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9EA4587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7B7A03A3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2EA7BE1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489F1D5C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1B363C39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0AB11C78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479DDF31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0E882C1A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191097FF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2CA3CE1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2326ABB1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1D955C86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060B5581" w14:textId="77777777" w:rsidR="00A11ECC" w:rsidRDefault="00A11ECC">
            <w:pPr>
              <w:keepNext/>
            </w:pPr>
          </w:p>
        </w:tc>
      </w:tr>
      <w:tr w:rsidR="00A11ECC" w14:paraId="4DC3EAC3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C6019A0" w14:textId="77777777" w:rsidR="00A11ECC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A11ECC" w14:paraId="018EC0C9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121A4C" w14:textId="77777777" w:rsidR="00A11ECC" w:rsidRDefault="00000000">
            <w:r>
              <w:rPr>
                <w:b/>
                <w:color w:val="0D5F78"/>
              </w:rPr>
              <w:t>Telefon / fax</w:t>
            </w:r>
          </w:p>
          <w:p w14:paraId="0187BF30" w14:textId="77777777" w:rsidR="00A11ECC" w:rsidRDefault="00A11ECC"/>
        </w:tc>
        <w:tc>
          <w:tcPr>
            <w:tcW w:w="5621" w:type="dxa"/>
            <w:gridSpan w:val="5"/>
          </w:tcPr>
          <w:p w14:paraId="4FBE455D" w14:textId="77777777" w:rsidR="00A11ECC" w:rsidRDefault="00000000">
            <w:r>
              <w:rPr>
                <w:b/>
                <w:color w:val="0D5F78"/>
              </w:rPr>
              <w:t>E-mail</w:t>
            </w:r>
          </w:p>
          <w:p w14:paraId="5177F214" w14:textId="77777777" w:rsidR="00A11ECC" w:rsidRDefault="00A11ECC"/>
        </w:tc>
      </w:tr>
    </w:tbl>
    <w:p w14:paraId="5C86987D" w14:textId="77777777" w:rsidR="00A11ECC" w:rsidRDefault="00A11ECC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A11ECC" w:rsidRPr="00182EDC" w14:paraId="1367784F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294D977" w14:textId="77777777" w:rsidR="00A11ECC" w:rsidRPr="00E6757A" w:rsidRDefault="00000000">
            <w:pPr>
              <w:keepNext/>
              <w:rPr>
                <w:lang w:val="fr-FR"/>
              </w:rPr>
            </w:pPr>
            <w:r w:rsidRPr="00E6757A">
              <w:rPr>
                <w:b/>
                <w:sz w:val="16"/>
                <w:lang w:val="fr-FR"/>
              </w:rPr>
              <w:t xml:space="preserve"> 3. </w:t>
            </w:r>
            <w:r w:rsidRPr="00E6757A">
              <w:rPr>
                <w:b/>
                <w:color w:val="000000"/>
                <w:sz w:val="18"/>
                <w:lang w:val="fr-FR"/>
              </w:rPr>
              <w:t>TITULAR AL AUTORIZAȚIEI DE CONSTRUIRE / DESFIINȚARE</w:t>
            </w:r>
          </w:p>
        </w:tc>
      </w:tr>
      <w:tr w:rsidR="00A11ECC" w14:paraId="459283F5" w14:textId="77777777">
        <w:trPr>
          <w:cantSplit/>
          <w:trHeight w:val="510"/>
        </w:trPr>
        <w:tc>
          <w:tcPr>
            <w:tcW w:w="1606" w:type="dxa"/>
          </w:tcPr>
          <w:p w14:paraId="037F2C85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40DB982C" w14:textId="77777777" w:rsidR="00A11ECC" w:rsidRDefault="00A11ECC">
            <w:pPr>
              <w:keepNext/>
            </w:pPr>
          </w:p>
        </w:tc>
        <w:tc>
          <w:tcPr>
            <w:tcW w:w="2409" w:type="dxa"/>
          </w:tcPr>
          <w:p w14:paraId="4369B01E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48964A76" w14:textId="77777777" w:rsidR="00A11ECC" w:rsidRDefault="00A11ECC">
            <w:pPr>
              <w:keepNext/>
            </w:pPr>
          </w:p>
        </w:tc>
        <w:tc>
          <w:tcPr>
            <w:tcW w:w="5621" w:type="dxa"/>
          </w:tcPr>
          <w:p w14:paraId="48B3695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Emisă de</w:t>
            </w:r>
          </w:p>
          <w:p w14:paraId="25DDB5C1" w14:textId="77777777" w:rsidR="00A11ECC" w:rsidRDefault="00A11ECC">
            <w:pPr>
              <w:keepNext/>
            </w:pPr>
          </w:p>
        </w:tc>
      </w:tr>
      <w:tr w:rsidR="00A11ECC" w14:paraId="5C8E1AD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0DD157D" w14:textId="77777777" w:rsidR="00A11ECC" w:rsidRDefault="00000000">
            <w:pPr>
              <w:keepNext/>
            </w:pPr>
            <w:r>
              <w:rPr>
                <w:sz w:val="16"/>
              </w:rPr>
              <w:t xml:space="preserve"> emisă pentru executarea lucrărilor de construcții privind construirea / desființarea construcțiilor și amenajărilor</w:t>
            </w:r>
          </w:p>
        </w:tc>
      </w:tr>
      <w:tr w:rsidR="00A11ECC" w:rsidRPr="00182EDC" w14:paraId="3EFBA0A3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2A7F641" w14:textId="77777777" w:rsidR="00A11ECC" w:rsidRPr="00E6757A" w:rsidRDefault="00000000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Denumirea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capacitatea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și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categoria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din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autorizație</w:t>
            </w:r>
            <w:proofErr w:type="spellEnd"/>
          </w:p>
          <w:p w14:paraId="109F0125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</w:tr>
      <w:tr w:rsidR="00A11ECC" w14:paraId="795F9BF6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64E6FE5" w14:textId="77777777" w:rsidR="00A11ECC" w:rsidRDefault="00000000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valoare</w:t>
            </w:r>
            <w:proofErr w:type="spellEnd"/>
            <w:r>
              <w:rPr>
                <w:b/>
                <w:color w:val="0D5F78"/>
              </w:rPr>
              <w:t xml:space="preserve"> de (lei)</w:t>
            </w:r>
          </w:p>
          <w:p w14:paraId="1A278680" w14:textId="77777777" w:rsidR="00A11ECC" w:rsidRDefault="00A11ECC"/>
        </w:tc>
      </w:tr>
    </w:tbl>
    <w:p w14:paraId="63EF26CC" w14:textId="77777777" w:rsidR="00A11ECC" w:rsidRDefault="00A11ECC">
      <w:pPr>
        <w:spacing w:line="168" w:lineRule="auto"/>
      </w:pPr>
    </w:p>
    <w:p w14:paraId="504C3BAB" w14:textId="7646A303" w:rsidR="00A11ECC" w:rsidRPr="00182EDC" w:rsidRDefault="00E6757A" w:rsidP="00E6757A">
      <w:pPr>
        <w:tabs>
          <w:tab w:val="center" w:pos="4819"/>
          <w:tab w:val="left" w:pos="7608"/>
        </w:tabs>
        <w:spacing w:before="140" w:after="40"/>
        <w:rPr>
          <w:sz w:val="28"/>
          <w:szCs w:val="28"/>
        </w:rPr>
      </w:pPr>
      <w:r>
        <w:rPr>
          <w:b/>
          <w:sz w:val="34"/>
        </w:rPr>
        <w:tab/>
      </w:r>
      <w:r w:rsidRPr="00182EDC">
        <w:rPr>
          <w:b/>
          <w:sz w:val="28"/>
          <w:szCs w:val="28"/>
        </w:rPr>
        <w:t>ADUC LA CUNOȘTINȚĂ</w:t>
      </w:r>
      <w:r w:rsidRPr="00182EDC">
        <w:rPr>
          <w:b/>
          <w:sz w:val="28"/>
          <w:szCs w:val="28"/>
        </w:rPr>
        <w:tab/>
      </w:r>
    </w:p>
    <w:p w14:paraId="1799DE9F" w14:textId="77777777" w:rsidR="00A11ECC" w:rsidRDefault="00A11ECC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A11ECC" w14:paraId="47D7F709" w14:textId="77777777">
        <w:trPr>
          <w:cantSplit/>
          <w:trHeight w:val="510"/>
        </w:trPr>
        <w:tc>
          <w:tcPr>
            <w:tcW w:w="2409" w:type="dxa"/>
          </w:tcPr>
          <w:p w14:paraId="04FE48E4" w14:textId="77777777" w:rsidR="00A11ECC" w:rsidRDefault="00000000">
            <w:r>
              <w:rPr>
                <w:b/>
                <w:color w:val="0D5F78"/>
              </w:rPr>
              <w:t>Că la data de</w:t>
            </w:r>
          </w:p>
          <w:p w14:paraId="2A3EFF1D" w14:textId="77777777" w:rsidR="00A11ECC" w:rsidRDefault="00A11ECC"/>
        </w:tc>
        <w:tc>
          <w:tcPr>
            <w:tcW w:w="1606" w:type="dxa"/>
          </w:tcPr>
          <w:p w14:paraId="4DCDBC6C" w14:textId="77777777" w:rsidR="00A11ECC" w:rsidRDefault="00000000">
            <w:r>
              <w:rPr>
                <w:b/>
                <w:color w:val="0D5F78"/>
              </w:rPr>
              <w:t>ora</w:t>
            </w:r>
          </w:p>
          <w:p w14:paraId="68C2609C" w14:textId="77777777" w:rsidR="00A11ECC" w:rsidRDefault="00A11ECC"/>
        </w:tc>
        <w:tc>
          <w:tcPr>
            <w:tcW w:w="5621" w:type="dxa"/>
          </w:tcPr>
          <w:p w14:paraId="040137A9" w14:textId="77777777" w:rsidR="00A11ECC" w:rsidRPr="00E6757A" w:rsidRDefault="00000000">
            <w:pPr>
              <w:rPr>
                <w:lang w:val="fr-FR"/>
              </w:rPr>
            </w:pPr>
            <w:r w:rsidRPr="00E6757A">
              <w:rPr>
                <w:b/>
                <w:color w:val="0D5F78"/>
                <w:lang w:val="fr-FR"/>
              </w:rPr>
              <w:t xml:space="preserve">vor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începe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lucrările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construcții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autorizate</w:t>
            </w:r>
            <w:proofErr w:type="spellEnd"/>
          </w:p>
          <w:p w14:paraId="3DC112F4" w14:textId="77777777" w:rsidR="00A11ECC" w:rsidRDefault="00000000">
            <w:proofErr w:type="spellStart"/>
            <w:r>
              <w:rPr>
                <w:i/>
                <w:color w:val="7A7A7A"/>
              </w:rPr>
              <w:t>pentru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imobilul</w:t>
            </w:r>
            <w:proofErr w:type="spellEnd"/>
            <w:r>
              <w:rPr>
                <w:i/>
                <w:color w:val="7A7A7A"/>
              </w:rPr>
              <w:t xml:space="preserve"> de </w:t>
            </w:r>
            <w:proofErr w:type="spellStart"/>
            <w:r>
              <w:rPr>
                <w:i/>
                <w:color w:val="7A7A7A"/>
              </w:rPr>
              <w:t>mai</w:t>
            </w:r>
            <w:proofErr w:type="spellEnd"/>
            <w:r>
              <w:rPr>
                <w:i/>
                <w:color w:val="7A7A7A"/>
              </w:rPr>
              <w:t xml:space="preserve"> jos</w:t>
            </w:r>
          </w:p>
          <w:p w14:paraId="3300FC33" w14:textId="77777777" w:rsidR="00A11ECC" w:rsidRDefault="00A11ECC"/>
        </w:tc>
      </w:tr>
    </w:tbl>
    <w:p w14:paraId="432CEB30" w14:textId="77777777" w:rsidR="00A11ECC" w:rsidRDefault="00A11ECC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A11ECC" w14:paraId="26100B20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2D475EE4" w14:textId="77777777" w:rsidR="00A11ECC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11ECC" w14:paraId="7ACF282A" w14:textId="77777777">
        <w:trPr>
          <w:cantSplit/>
        </w:trPr>
        <w:tc>
          <w:tcPr>
            <w:tcW w:w="9636" w:type="dxa"/>
            <w:gridSpan w:val="6"/>
          </w:tcPr>
          <w:p w14:paraId="50878A3D" w14:textId="77777777" w:rsidR="00A11ECC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A11ECC" w14:paraId="049C9151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844C39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010FC309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54B9E1A5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7A126BAD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2FB9D75E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0787ED05" w14:textId="77777777" w:rsidR="00A11ECC" w:rsidRDefault="00A11ECC">
            <w:pPr>
              <w:keepNext/>
            </w:pPr>
          </w:p>
        </w:tc>
      </w:tr>
      <w:tr w:rsidR="00A11ECC" w14:paraId="36DAE126" w14:textId="77777777">
        <w:trPr>
          <w:cantSplit/>
          <w:trHeight w:val="510"/>
        </w:trPr>
        <w:tc>
          <w:tcPr>
            <w:tcW w:w="1606" w:type="dxa"/>
          </w:tcPr>
          <w:p w14:paraId="057F824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7B4C970" w14:textId="77777777" w:rsidR="00A11ECC" w:rsidRDefault="00A11ECC">
            <w:pPr>
              <w:keepNext/>
            </w:pPr>
          </w:p>
        </w:tc>
        <w:tc>
          <w:tcPr>
            <w:tcW w:w="4818" w:type="dxa"/>
            <w:gridSpan w:val="3"/>
          </w:tcPr>
          <w:p w14:paraId="3DA08EA7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538D62A6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720E6D2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E7EF5EB" w14:textId="77777777" w:rsidR="00A11ECC" w:rsidRDefault="00A11ECC">
            <w:pPr>
              <w:keepNext/>
            </w:pPr>
          </w:p>
        </w:tc>
        <w:tc>
          <w:tcPr>
            <w:tcW w:w="2409" w:type="dxa"/>
          </w:tcPr>
          <w:p w14:paraId="57AD1668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26416C0C" w14:textId="77777777" w:rsidR="00A11ECC" w:rsidRDefault="00A11ECC">
            <w:pPr>
              <w:keepNext/>
            </w:pPr>
          </w:p>
        </w:tc>
      </w:tr>
      <w:tr w:rsidR="00A11ECC" w14:paraId="4C590D10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5FC5203" w14:textId="77777777" w:rsidR="00A11ECC" w:rsidRPr="00E6757A" w:rsidRDefault="00000000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Număr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cadastral</w:t>
            </w:r>
          </w:p>
          <w:p w14:paraId="3BE30373" w14:textId="77777777" w:rsidR="00A11ECC" w:rsidRPr="00E6757A" w:rsidRDefault="00000000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i/>
                <w:color w:val="7A7A7A"/>
                <w:lang w:val="fr-FR"/>
              </w:rPr>
              <w:t>dacă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în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e-Terra</w:t>
            </w:r>
          </w:p>
          <w:p w14:paraId="0F081BC3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451DB82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202F2988" w14:textId="77777777" w:rsidR="00A11ECC" w:rsidRDefault="00A11ECC">
            <w:pPr>
              <w:keepNext/>
            </w:pPr>
          </w:p>
        </w:tc>
      </w:tr>
    </w:tbl>
    <w:p w14:paraId="30B8E0EC" w14:textId="77777777" w:rsidR="00A11ECC" w:rsidRDefault="00A11ECC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A11ECC" w14:paraId="031C2B49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F999CAB" w14:textId="77777777" w:rsidR="00A11ECC" w:rsidRDefault="00000000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A11ECC" w14:paraId="70317068" w14:textId="77777777">
        <w:trPr>
          <w:cantSplit/>
          <w:trHeight w:val="510"/>
        </w:trPr>
        <w:tc>
          <w:tcPr>
            <w:tcW w:w="1606" w:type="dxa"/>
          </w:tcPr>
          <w:p w14:paraId="6AB536DB" w14:textId="77777777" w:rsidR="00A11ECC" w:rsidRDefault="00000000">
            <w:r>
              <w:rPr>
                <w:b/>
                <w:color w:val="0D5F78"/>
              </w:rPr>
              <w:t>Data</w:t>
            </w:r>
          </w:p>
          <w:p w14:paraId="45065743" w14:textId="77777777" w:rsidR="00A11ECC" w:rsidRDefault="00A11ECC"/>
        </w:tc>
        <w:tc>
          <w:tcPr>
            <w:tcW w:w="4818" w:type="dxa"/>
          </w:tcPr>
          <w:p w14:paraId="1F4E7ECE" w14:textId="77777777" w:rsidR="00A11ECC" w:rsidRDefault="00000000">
            <w:r>
              <w:rPr>
                <w:b/>
                <w:color w:val="0D5F78"/>
              </w:rPr>
              <w:t>Titularul autorizației</w:t>
            </w:r>
          </w:p>
          <w:p w14:paraId="21637A08" w14:textId="77777777" w:rsidR="00A11ECC" w:rsidRDefault="00A11ECC"/>
        </w:tc>
        <w:tc>
          <w:tcPr>
            <w:tcW w:w="3212" w:type="dxa"/>
          </w:tcPr>
          <w:p w14:paraId="004D4C8B" w14:textId="77777777" w:rsidR="00A11ECC" w:rsidRDefault="00000000">
            <w:r>
              <w:rPr>
                <w:b/>
                <w:color w:val="0D5F78"/>
              </w:rPr>
              <w:t>Semnătura</w:t>
            </w:r>
          </w:p>
          <w:p w14:paraId="307E167C" w14:textId="77777777" w:rsidR="00A11ECC" w:rsidRDefault="00A11ECC"/>
        </w:tc>
      </w:tr>
    </w:tbl>
    <w:p w14:paraId="33B23A72" w14:textId="77777777" w:rsidR="00A11ECC" w:rsidRDefault="00A11ECC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11ECC" w:rsidRPr="00182EDC" w14:paraId="5723B871" w14:textId="77777777">
        <w:trPr>
          <w:cantSplit/>
        </w:trPr>
        <w:tc>
          <w:tcPr>
            <w:tcW w:w="9636" w:type="dxa"/>
            <w:shd w:val="clear" w:color="auto" w:fill="F4F4F4"/>
          </w:tcPr>
          <w:p w14:paraId="5778FA35" w14:textId="77777777" w:rsidR="00A11ECC" w:rsidRPr="00E6757A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E6757A">
              <w:rPr>
                <w:lang w:val="fr-FR"/>
              </w:rPr>
              <w:t>Formularul</w:t>
            </w:r>
            <w:proofErr w:type="spellEnd"/>
            <w:r w:rsidRPr="00E6757A">
              <w:rPr>
                <w:lang w:val="fr-FR"/>
              </w:rPr>
              <w:t xml:space="preserve"> se </w:t>
            </w:r>
            <w:proofErr w:type="spellStart"/>
            <w:r w:rsidRPr="00E6757A">
              <w:rPr>
                <w:lang w:val="fr-FR"/>
              </w:rPr>
              <w:t>anexează</w:t>
            </w:r>
            <w:proofErr w:type="spellEnd"/>
            <w:r w:rsidRPr="00E6757A">
              <w:rPr>
                <w:lang w:val="fr-FR"/>
              </w:rPr>
              <w:t xml:space="preserve"> la </w:t>
            </w:r>
            <w:proofErr w:type="spellStart"/>
            <w:r w:rsidRPr="00E6757A">
              <w:rPr>
                <w:lang w:val="fr-FR"/>
              </w:rPr>
              <w:t>autorizația</w:t>
            </w:r>
            <w:proofErr w:type="spellEnd"/>
            <w:r w:rsidRPr="00E6757A">
              <w:rPr>
                <w:lang w:val="fr-FR"/>
              </w:rPr>
              <w:t xml:space="preserve"> de construire / </w:t>
            </w:r>
            <w:proofErr w:type="spellStart"/>
            <w:r w:rsidRPr="00E6757A">
              <w:rPr>
                <w:lang w:val="fr-FR"/>
              </w:rPr>
              <w:t>desființare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în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două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exemplare</w:t>
            </w:r>
            <w:proofErr w:type="spellEnd"/>
            <w:r w:rsidRPr="00E6757A">
              <w:rPr>
                <w:lang w:val="fr-FR"/>
              </w:rPr>
              <w:t xml:space="preserve">. </w:t>
            </w:r>
            <w:proofErr w:type="spellStart"/>
            <w:r w:rsidRPr="00E6757A">
              <w:rPr>
                <w:lang w:val="fr-FR"/>
              </w:rPr>
              <w:t>Titularul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autorizației</w:t>
            </w:r>
            <w:proofErr w:type="spellEnd"/>
            <w:r w:rsidRPr="00E6757A">
              <w:rPr>
                <w:lang w:val="fr-FR"/>
              </w:rPr>
              <w:t xml:space="preserve"> este </w:t>
            </w:r>
            <w:proofErr w:type="spellStart"/>
            <w:r w:rsidRPr="00E6757A">
              <w:rPr>
                <w:lang w:val="fr-FR"/>
              </w:rPr>
              <w:t>obligat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să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păstreze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șantier</w:t>
            </w:r>
            <w:proofErr w:type="spellEnd"/>
            <w:r w:rsidRPr="00E6757A">
              <w:rPr>
                <w:lang w:val="fr-FR"/>
              </w:rPr>
              <w:t xml:space="preserve"> un </w:t>
            </w:r>
            <w:proofErr w:type="spellStart"/>
            <w:r w:rsidRPr="00E6757A">
              <w:rPr>
                <w:lang w:val="fr-FR"/>
              </w:rPr>
              <w:t>exemplar</w:t>
            </w:r>
            <w:proofErr w:type="spellEnd"/>
            <w:r w:rsidRPr="00E6757A">
              <w:rPr>
                <w:lang w:val="fr-FR"/>
              </w:rPr>
              <w:t xml:space="preserve"> al </w:t>
            </w:r>
            <w:proofErr w:type="spellStart"/>
            <w:r w:rsidRPr="00E6757A">
              <w:rPr>
                <w:lang w:val="fr-FR"/>
              </w:rPr>
              <w:t>acestei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înștiințări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cu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numărul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și</w:t>
            </w:r>
            <w:proofErr w:type="spellEnd"/>
            <w:r w:rsidRPr="00E6757A">
              <w:rPr>
                <w:lang w:val="fr-FR"/>
              </w:rPr>
              <w:t xml:space="preserve"> data </w:t>
            </w:r>
            <w:proofErr w:type="spellStart"/>
            <w:r w:rsidRPr="00E6757A">
              <w:rPr>
                <w:lang w:val="fr-FR"/>
              </w:rPr>
              <w:t>înregistrării</w:t>
            </w:r>
            <w:proofErr w:type="spellEnd"/>
            <w:r w:rsidRPr="00E6757A">
              <w:rPr>
                <w:lang w:val="fr-FR"/>
              </w:rPr>
              <w:t xml:space="preserve"> la </w:t>
            </w:r>
            <w:proofErr w:type="spellStart"/>
            <w:r w:rsidRPr="00E6757A">
              <w:rPr>
                <w:lang w:val="fr-FR"/>
              </w:rPr>
              <w:t>autoritatea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emitentă</w:t>
            </w:r>
            <w:proofErr w:type="spellEnd"/>
            <w:r w:rsidRPr="00E6757A">
              <w:rPr>
                <w:lang w:val="fr-FR"/>
              </w:rPr>
              <w:t>.</w:t>
            </w:r>
          </w:p>
        </w:tc>
      </w:tr>
    </w:tbl>
    <w:p w14:paraId="1067A431" w14:textId="77777777" w:rsidR="00A11ECC" w:rsidRPr="00E6757A" w:rsidRDefault="00A11ECC">
      <w:pPr>
        <w:spacing w:line="168" w:lineRule="auto"/>
        <w:rPr>
          <w:lang w:val="fr-FR"/>
        </w:rPr>
      </w:pPr>
    </w:p>
    <w:sectPr w:rsidR="00A11ECC" w:rsidRPr="00E6757A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50D41" w14:textId="77777777" w:rsidR="001F772B" w:rsidRDefault="001F772B">
      <w:r>
        <w:separator/>
      </w:r>
    </w:p>
  </w:endnote>
  <w:endnote w:type="continuationSeparator" w:id="0">
    <w:p w14:paraId="6969972F" w14:textId="77777777" w:rsidR="001F772B" w:rsidRDefault="001F77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FAD8D" w14:textId="547B7A71" w:rsidR="00A11ECC" w:rsidRDefault="00000000">
    <w:pPr>
      <w:pStyle w:val="Subsol"/>
      <w:tabs>
        <w:tab w:val="right" w:pos="9639"/>
      </w:tabs>
    </w:pPr>
    <w:r>
      <w:rPr>
        <w:color w:val="595959"/>
      </w:rPr>
      <w:t>F_A_0</w:t>
    </w:r>
    <w:r w:rsidR="00182EDC">
      <w:rPr>
        <w:color w:val="595959"/>
      </w:rPr>
      <w:t>8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E6757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E6757A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D23F02" w14:textId="77777777" w:rsidR="001F772B" w:rsidRDefault="001F772B">
      <w:r>
        <w:separator/>
      </w:r>
    </w:p>
  </w:footnote>
  <w:footnote w:type="continuationSeparator" w:id="0">
    <w:p w14:paraId="00568A0A" w14:textId="77777777" w:rsidR="001F772B" w:rsidRDefault="001F77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39611888">
    <w:abstractNumId w:val="8"/>
  </w:num>
  <w:num w:numId="2" w16cid:durableId="1429814677">
    <w:abstractNumId w:val="6"/>
  </w:num>
  <w:num w:numId="3" w16cid:durableId="1434588032">
    <w:abstractNumId w:val="5"/>
  </w:num>
  <w:num w:numId="4" w16cid:durableId="862592027">
    <w:abstractNumId w:val="4"/>
  </w:num>
  <w:num w:numId="5" w16cid:durableId="1345128852">
    <w:abstractNumId w:val="7"/>
  </w:num>
  <w:num w:numId="6" w16cid:durableId="629365156">
    <w:abstractNumId w:val="3"/>
  </w:num>
  <w:num w:numId="7" w16cid:durableId="482157275">
    <w:abstractNumId w:val="2"/>
  </w:num>
  <w:num w:numId="8" w16cid:durableId="1442381932">
    <w:abstractNumId w:val="1"/>
  </w:num>
  <w:num w:numId="9" w16cid:durableId="1382054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01C0"/>
    <w:rsid w:val="00123DA8"/>
    <w:rsid w:val="0015074B"/>
    <w:rsid w:val="00182EDC"/>
    <w:rsid w:val="001F772B"/>
    <w:rsid w:val="0029639D"/>
    <w:rsid w:val="00326F90"/>
    <w:rsid w:val="006C103E"/>
    <w:rsid w:val="00A11ECC"/>
    <w:rsid w:val="00AA1D8D"/>
    <w:rsid w:val="00B47730"/>
    <w:rsid w:val="00CB0664"/>
    <w:rsid w:val="00E61A6B"/>
    <w:rsid w:val="00E6757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E95A5D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263</Words>
  <Characters>1503</Characters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2026-08-24T15:27:00Z</dcterms:modified>
  <cp:category/>
</cp:coreProperties>
</file>