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D35FD" w14:paraId="23992E5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16410E9" w14:textId="77777777" w:rsidR="00AD35FD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6E97BC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63D9566" w14:textId="77777777" w:rsidR="00AD35FD" w:rsidRDefault="00AD35FD">
            <w:pPr>
              <w:keepNext/>
            </w:pPr>
            <w:r>
              <w:t>BUZĂU</w:t>
            </w:r>
          </w:p>
        </w:tc>
      </w:tr>
      <w:tr w:rsidR="00AD35FD" w14:paraId="4CF39563" w14:textId="77777777">
        <w:trPr>
          <w:cantSplit/>
          <w:trHeight w:val="510"/>
        </w:trPr>
        <w:tc>
          <w:tcPr>
            <w:tcW w:w="1606" w:type="dxa"/>
            <w:vMerge/>
          </w:tcPr>
          <w:p w14:paraId="46929F1C" w14:textId="77777777" w:rsidR="00AD35FD" w:rsidRDefault="00AD35FD"/>
        </w:tc>
        <w:tc>
          <w:tcPr>
            <w:tcW w:w="8030" w:type="dxa"/>
            <w:gridSpan w:val="3"/>
            <w:shd w:val="clear" w:color="auto" w:fill="F0F0F0"/>
          </w:tcPr>
          <w:p w14:paraId="01EECC2B" w14:textId="77777777" w:rsidR="00AD35FD" w:rsidRDefault="00000000">
            <w:pPr>
              <w:keepNext/>
            </w:pPr>
            <w:r>
              <w:t>PRIMĂRIA COMUNEI CILIBIA</w:t>
            </w:r>
          </w:p>
          <w:p w14:paraId="411B3CAD" w14:textId="77777777" w:rsidR="00AD35FD" w:rsidRDefault="00AD35FD">
            <w:pPr>
              <w:keepNext/>
            </w:pPr>
          </w:p>
        </w:tc>
      </w:tr>
      <w:tr w:rsidR="00AD35FD" w14:paraId="75D900BC" w14:textId="77777777">
        <w:trPr>
          <w:cantSplit/>
          <w:trHeight w:val="510"/>
        </w:trPr>
        <w:tc>
          <w:tcPr>
            <w:tcW w:w="1606" w:type="dxa"/>
            <w:vMerge/>
          </w:tcPr>
          <w:p w14:paraId="37B6CDF5" w14:textId="77777777" w:rsidR="00AD35FD" w:rsidRDefault="00AD35FD"/>
        </w:tc>
        <w:tc>
          <w:tcPr>
            <w:tcW w:w="2409" w:type="dxa"/>
            <w:shd w:val="clear" w:color="auto" w:fill="F0F0F0"/>
          </w:tcPr>
          <w:p w14:paraId="7B08056B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(CIF)</w:t>
            </w:r>
          </w:p>
          <w:p w14:paraId="7DC4DCC4" w14:textId="77777777" w:rsidR="00AD35FD" w:rsidRPr="007050CD" w:rsidRDefault="00AD35FD">
            <w:pPr>
              <w:keepNext/>
              <w:rPr>
                <w:lang w:val="fr-FR"/>
              </w:rPr>
            </w:pPr>
            <w:r>
              <w:t>3724423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45657FF" w14:textId="77777777" w:rsidR="00AD35FD" w:rsidRDefault="00000000">
            <w:pPr>
              <w:keepNext/>
            </w:pPr>
            <w:r>
              <w:t>Adresa</w:t>
            </w:r>
          </w:p>
          <w:p w14:paraId="7F7A90CC" w14:textId="77777777" w:rsidR="00AD35FD" w:rsidRDefault="00000000">
            <w:pPr>
              <w:keepNext/>
            </w:pPr>
            <w:r>
              <w:t>Str. Principală nr. 65, sat Cilibia, comuna Cilibia, județul Buzău, cod poștal 127180</w:t>
            </w:r>
          </w:p>
          <w:p w14:paraId="1C11E709" w14:textId="77777777" w:rsidR="00AD35FD" w:rsidRDefault="00AD35FD">
            <w:pPr>
              <w:keepNext/>
            </w:pPr>
            <w:r>
              <w:t>Tel.: 0754 248 058; E-mail: primaria@comunacilibia.ro; Web: www.comunacilibia.ro</w:t>
            </w:r>
          </w:p>
        </w:tc>
      </w:tr>
      <w:tr w:rsidR="00AD35FD" w14:paraId="20852B2C" w14:textId="77777777">
        <w:trPr>
          <w:cantSplit/>
          <w:trHeight w:val="510"/>
        </w:trPr>
        <w:tc>
          <w:tcPr>
            <w:tcW w:w="1606" w:type="dxa"/>
            <w:vMerge/>
          </w:tcPr>
          <w:p w14:paraId="20FE1C8B" w14:textId="77777777" w:rsidR="00AD35FD" w:rsidRDefault="00AD35FD"/>
        </w:tc>
        <w:tc>
          <w:tcPr>
            <w:tcW w:w="4818" w:type="dxa"/>
            <w:gridSpan w:val="2"/>
            <w:shd w:val="clear" w:color="auto" w:fill="F0F0F0"/>
          </w:tcPr>
          <w:p w14:paraId="4F99B7D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572FA267" w14:textId="77777777" w:rsidR="00AD35FD" w:rsidRDefault="00AD35FD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97632B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6839202" w14:textId="77777777" w:rsidR="00AD35FD" w:rsidRDefault="00AD35FD">
            <w:pPr>
              <w:keepNext/>
            </w:pPr>
          </w:p>
        </w:tc>
      </w:tr>
      <w:tr w:rsidR="00AD35FD" w:rsidRPr="005E6036" w14:paraId="40A3F398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FD605A9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7050CD">
              <w:rPr>
                <w:i/>
                <w:color w:val="595959"/>
                <w:lang w:val="fr-FR"/>
              </w:rPr>
              <w:t>se</w:t>
            </w:r>
            <w:proofErr w:type="gram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scrie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în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8FEB982" w14:textId="77777777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Default="00000000">
      <w:pPr>
        <w:spacing w:after="120"/>
        <w:jc w:val="center"/>
      </w:pPr>
      <w:r>
        <w:rPr>
          <w:sz w:val="19"/>
        </w:rPr>
        <w:t>privind încheierea execuției lucrărilor</w:t>
      </w:r>
    </w:p>
    <w:p w14:paraId="39CC6B28" w14:textId="77777777" w:rsidR="00AD35FD" w:rsidRDefault="00AD35FD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>
        <w:trPr>
          <w:cantSplit/>
          <w:trHeight w:val="510"/>
        </w:trPr>
        <w:tc>
          <w:tcPr>
            <w:tcW w:w="9636" w:type="dxa"/>
          </w:tcPr>
          <w:p w14:paraId="29E26C9F" w14:textId="77777777" w:rsidR="00AD35FD" w:rsidRPr="007050CD" w:rsidRDefault="00AD35FD" w:rsidP="007050CD">
            <w:pPr>
              <w:keepNext/>
              <w:rPr>
                <w:lang w:val="fr-FR"/>
              </w:rPr>
            </w:pPr>
          </w:p>
        </w:tc>
      </w:tr>
      <w:tr w:rsidR="00AD35FD" w:rsidRPr="007050C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5E6036" w:rsidRDefault="00000000">
            <w:pPr>
              <w:spacing w:line="228" w:lineRule="auto"/>
            </w:pPr>
            <w:proofErr w:type="spellStart"/>
            <w:r w:rsidRPr="005E6036">
              <w:t>Cererea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va</w:t>
            </w:r>
            <w:proofErr w:type="spellEnd"/>
            <w:r w:rsidRPr="005E6036">
              <w:t xml:space="preserve"> fi</w:t>
            </w:r>
            <w:r w:rsidR="007050CD" w:rsidRPr="005E6036">
              <w:t xml:space="preserve"> </w:t>
            </w:r>
            <w:proofErr w:type="spellStart"/>
            <w:r w:rsidR="007050CD" w:rsidRPr="005E6036">
              <w:t>adresată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către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președintele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consiliului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județean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general,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de sector </w:t>
            </w:r>
            <w:proofErr w:type="spellStart"/>
            <w:r w:rsidRPr="005E6036">
              <w:t>sau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municipiului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orașului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comunei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după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caz</w:t>
            </w:r>
            <w:proofErr w:type="spellEnd"/>
            <w:r w:rsidRPr="005E6036">
              <w:t>.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000000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000000">
            <w:r>
              <w:rPr>
                <w:b/>
                <w:color w:val="0D5F78"/>
              </w:rPr>
              <w:t>Telefon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000000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7035BC1B" w14:textId="77777777" w:rsidR="00AD35FD" w:rsidRDefault="00AD35FD">
            <w:pPr>
              <w:keepNext/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și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000000">
            <w:r>
              <w:rPr>
                <w:b/>
                <w:color w:val="0D5F78"/>
              </w:rPr>
              <w:t>Că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000000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000000">
            <w:pPr>
              <w:rPr>
                <w:lang w:val="fr-FR"/>
              </w:rPr>
            </w:pPr>
            <w:proofErr w:type="gramStart"/>
            <w:r w:rsidRPr="007050CD">
              <w:rPr>
                <w:b/>
                <w:color w:val="0D5F78"/>
                <w:lang w:val="fr-FR"/>
              </w:rPr>
              <w:t>au</w:t>
            </w:r>
            <w:proofErr w:type="gram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70DA8600" w14:textId="77777777" w:rsidR="00AD35FD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3613F305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6F56704A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77777777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14:paraId="75CF10B0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7050C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recepție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000000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000000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000000">
            <w:r>
              <w:rPr>
                <w:b/>
                <w:color w:val="0D5F78"/>
              </w:rPr>
              <w:t>Titularul autorizației</w:t>
            </w:r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000000">
            <w:r>
              <w:rPr>
                <w:b/>
                <w:color w:val="0D5F78"/>
              </w:rPr>
              <w:t>Semnătura</w:t>
            </w:r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669F9" w14:textId="77777777" w:rsidR="001D6E6F" w:rsidRDefault="001D6E6F">
      <w:r>
        <w:separator/>
      </w:r>
    </w:p>
  </w:endnote>
  <w:endnote w:type="continuationSeparator" w:id="0">
    <w:p w14:paraId="403EFCF9" w14:textId="77777777" w:rsidR="001D6E6F" w:rsidRDefault="001D6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Default="00000000">
    <w:pPr>
      <w:pStyle w:val="Subsol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98977" w14:textId="77777777" w:rsidR="001D6E6F" w:rsidRDefault="001D6E6F">
      <w:r>
        <w:separator/>
      </w:r>
    </w:p>
  </w:footnote>
  <w:footnote w:type="continuationSeparator" w:id="0">
    <w:p w14:paraId="3BECC982" w14:textId="77777777" w:rsidR="001D6E6F" w:rsidRDefault="001D6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6E6F"/>
    <w:rsid w:val="0029639D"/>
    <w:rsid w:val="00326F90"/>
    <w:rsid w:val="005E6036"/>
    <w:rsid w:val="006C103E"/>
    <w:rsid w:val="007050CD"/>
    <w:rsid w:val="008E3393"/>
    <w:rsid w:val="00AA1D8D"/>
    <w:rsid w:val="00AD35FD"/>
    <w:rsid w:val="00B47730"/>
    <w:rsid w:val="00B769B5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230</Words>
  <Characters>1314</Characters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2026-08-24T15:29:00Z</dcterms:modified>
  <cp:category/>
</cp:coreProperties>
</file>