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CILIBIA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5792F3E0" w14:textId="77777777" w:rsidR="00DD3A82" w:rsidRDefault="00DD3A82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