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85C0B" w14:paraId="519B4AD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A88CE79" w14:textId="77777777" w:rsidR="00C85C0B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D65C390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40C295B" w14:textId="77777777" w:rsidR="00C85C0B" w:rsidRDefault="00C85C0B">
            <w:pPr>
              <w:keepNext/>
            </w:pPr>
            <w:r>
              <w:t>BUZĂU</w:t>
            </w:r>
          </w:p>
        </w:tc>
      </w:tr>
      <w:tr w:rsidR="00C85C0B" w14:paraId="0ACFA7D3" w14:textId="77777777">
        <w:trPr>
          <w:cantSplit/>
          <w:trHeight w:val="510"/>
        </w:trPr>
        <w:tc>
          <w:tcPr>
            <w:tcW w:w="1606" w:type="dxa"/>
            <w:vMerge/>
          </w:tcPr>
          <w:p w14:paraId="4D922E0F" w14:textId="77777777" w:rsidR="00C85C0B" w:rsidRDefault="00C85C0B"/>
        </w:tc>
        <w:tc>
          <w:tcPr>
            <w:tcW w:w="8030" w:type="dxa"/>
            <w:gridSpan w:val="3"/>
            <w:shd w:val="clear" w:color="auto" w:fill="F0F0F0"/>
          </w:tcPr>
          <w:p w14:paraId="7BFDD222" w14:textId="77777777" w:rsidR="00C85C0B" w:rsidRDefault="00000000">
            <w:pPr>
              <w:keepNext/>
            </w:pPr>
            <w:r>
              <w:t>PRIMĂRIA COMUNEI CILIBIA</w:t>
            </w:r>
          </w:p>
          <w:p w14:paraId="537356A4" w14:textId="77777777" w:rsidR="00C85C0B" w:rsidRDefault="00C85C0B">
            <w:pPr>
              <w:keepNext/>
            </w:pPr>
          </w:p>
        </w:tc>
      </w:tr>
      <w:tr w:rsidR="00C85C0B" w14:paraId="06B81FB7" w14:textId="77777777">
        <w:trPr>
          <w:cantSplit/>
          <w:trHeight w:val="510"/>
        </w:trPr>
        <w:tc>
          <w:tcPr>
            <w:tcW w:w="1606" w:type="dxa"/>
            <w:vMerge/>
          </w:tcPr>
          <w:p w14:paraId="5B65FFC0" w14:textId="77777777" w:rsidR="00C85C0B" w:rsidRDefault="00C85C0B"/>
        </w:tc>
        <w:tc>
          <w:tcPr>
            <w:tcW w:w="2409" w:type="dxa"/>
            <w:shd w:val="clear" w:color="auto" w:fill="F0F0F0"/>
          </w:tcPr>
          <w:p w14:paraId="73114822" w14:textId="77777777" w:rsidR="00C85C0B" w:rsidRPr="00150E80" w:rsidRDefault="00000000">
            <w:pPr>
              <w:keepNext/>
              <w:rPr>
                <w:lang w:val="fr-FR"/>
              </w:rPr>
            </w:pPr>
            <w:r w:rsidRPr="00150E80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150E80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150E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150E80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150E80">
              <w:rPr>
                <w:b/>
                <w:color w:val="0D5F78"/>
                <w:lang w:val="fr-FR"/>
              </w:rPr>
              <w:t xml:space="preserve"> (CIF)</w:t>
            </w:r>
          </w:p>
          <w:p w14:paraId="790922F4" w14:textId="77777777" w:rsidR="00C85C0B" w:rsidRPr="00150E80" w:rsidRDefault="00C85C0B">
            <w:pPr>
              <w:keepNext/>
              <w:rPr>
                <w:lang w:val="fr-FR"/>
              </w:rPr>
            </w:pPr>
            <w:r>
              <w:t>3724423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E8EEC57" w14:textId="77777777" w:rsidR="00C85C0B" w:rsidRDefault="00000000">
            <w:pPr>
              <w:keepNext/>
            </w:pPr>
            <w:r>
              <w:t>Adresa</w:t>
            </w:r>
          </w:p>
          <w:p w14:paraId="7C0DAFA0" w14:textId="77777777" w:rsidR="00C85C0B" w:rsidRDefault="00000000">
            <w:pPr>
              <w:keepNext/>
            </w:pPr>
            <w:r>
              <w:t>Str. Principală nr. 65, sat Cilibia, comuna Cilibia, județul Buzău, cod poștal 127180</w:t>
            </w:r>
          </w:p>
          <w:p w14:paraId="34178E3A" w14:textId="77777777" w:rsidR="00C85C0B" w:rsidRDefault="00C85C0B">
            <w:pPr>
              <w:keepNext/>
            </w:pPr>
            <w:r>
              <w:t>Tel.: 0754 248 058; E-mail: primaria@comunacilibia.ro; Web: www.comunacilibia.ro</w:t>
            </w:r>
          </w:p>
        </w:tc>
      </w:tr>
      <w:tr w:rsidR="00C85C0B" w14:paraId="024C8C88" w14:textId="77777777">
        <w:trPr>
          <w:cantSplit/>
          <w:trHeight w:val="510"/>
        </w:trPr>
        <w:tc>
          <w:tcPr>
            <w:tcW w:w="1606" w:type="dxa"/>
            <w:vMerge/>
          </w:tcPr>
          <w:p w14:paraId="60A55E62" w14:textId="77777777" w:rsidR="00C85C0B" w:rsidRDefault="00C85C0B"/>
        </w:tc>
        <w:tc>
          <w:tcPr>
            <w:tcW w:w="4818" w:type="dxa"/>
            <w:gridSpan w:val="2"/>
            <w:shd w:val="clear" w:color="auto" w:fill="F0F0F0"/>
          </w:tcPr>
          <w:p w14:paraId="4322CA91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8C1E4E9" w14:textId="77777777" w:rsidR="00C85C0B" w:rsidRDefault="00C85C0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177760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EF75A35" w14:textId="77777777" w:rsidR="00C85C0B" w:rsidRDefault="00C85C0B">
            <w:pPr>
              <w:keepNext/>
            </w:pPr>
          </w:p>
        </w:tc>
      </w:tr>
      <w:tr w:rsidR="00C85C0B" w:rsidRPr="003A7070" w14:paraId="25CEB233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DB7F8C0" w14:textId="77777777" w:rsidR="00C85C0B" w:rsidRPr="00150E80" w:rsidRDefault="00000000">
            <w:pPr>
              <w:rPr>
                <w:lang w:val="fr-FR"/>
              </w:rPr>
            </w:pPr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150E80">
              <w:rPr>
                <w:i/>
                <w:color w:val="595959"/>
                <w:lang w:val="fr-FR"/>
              </w:rPr>
              <w:t>se</w:t>
            </w:r>
            <w:proofErr w:type="gram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scrie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în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5970DD8" w14:textId="77777777" w:rsidR="00C85C0B" w:rsidRPr="00150E80" w:rsidRDefault="00C85C0B">
      <w:pPr>
        <w:spacing w:line="168" w:lineRule="auto"/>
        <w:rPr>
          <w:lang w:val="fr-FR"/>
        </w:rPr>
      </w:pPr>
    </w:p>
    <w:p w14:paraId="0EFADD9B" w14:textId="77777777" w:rsidR="00C85C0B" w:rsidRPr="003A7070" w:rsidRDefault="00000000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finalizarea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notificate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solicitarea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participării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reprezentantului</w:t>
      </w:r>
      <w:proofErr w:type="spellEnd"/>
      <w:r>
        <w:rPr>
          <w:sz w:val="19"/>
        </w:rPr>
        <w:t xml:space="preserve"> UAT la </w:t>
      </w:r>
      <w:proofErr w:type="spellStart"/>
      <w:r>
        <w:rPr>
          <w:sz w:val="19"/>
        </w:rPr>
        <w:t>recepție</w:t>
      </w:r>
      <w:proofErr w:type="spellEnd"/>
    </w:p>
    <w:p w14:paraId="279D8DA9" w14:textId="77777777" w:rsidR="00C85C0B" w:rsidRDefault="00C85C0B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150E80" w:rsidRDefault="00000000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61E6056" w14:textId="77777777" w:rsidR="00C85C0B" w:rsidRPr="00150E80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comunei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sector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3662B31C" w14:textId="77777777" w:rsidR="00C85C0B" w:rsidRPr="00150E80" w:rsidRDefault="00C85C0B">
            <w:pPr>
              <w:keepNext/>
              <w:rPr>
                <w:lang w:val="fr-FR"/>
              </w:rPr>
            </w:pPr>
          </w:p>
        </w:tc>
      </w:tr>
      <w:tr w:rsidR="00C85C0B" w:rsidRPr="00150E80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150E80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150E80">
              <w:rPr>
                <w:lang w:val="fr-FR"/>
              </w:rPr>
              <w:t>Cererea</w:t>
            </w:r>
            <w:proofErr w:type="spellEnd"/>
            <w:r w:rsidRPr="00150E80">
              <w:rPr>
                <w:lang w:val="fr-FR"/>
              </w:rPr>
              <w:t xml:space="preserve"> va fi </w:t>
            </w:r>
            <w:proofErr w:type="spellStart"/>
            <w:r w:rsidRPr="00150E80">
              <w:rPr>
                <w:lang w:val="fr-FR"/>
              </w:rPr>
              <w:t>transmisă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către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președintele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consiliului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județean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general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de </w:t>
            </w:r>
            <w:proofErr w:type="spellStart"/>
            <w:r w:rsidRPr="00150E80">
              <w:rPr>
                <w:lang w:val="fr-FR"/>
              </w:rPr>
              <w:t>sector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sau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municipiului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orașului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comunei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după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caz</w:t>
            </w:r>
            <w:proofErr w:type="spellEnd"/>
            <w:r w:rsidRPr="00150E80">
              <w:rPr>
                <w:lang w:val="fr-FR"/>
              </w:rPr>
              <w:t>.</w:t>
            </w:r>
          </w:p>
        </w:tc>
      </w:tr>
    </w:tbl>
    <w:p w14:paraId="75E15653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000000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8962F31" w14:textId="77777777"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000000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Default="00000000"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notificării</w:t>
            </w:r>
            <w:proofErr w:type="spellEnd"/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2D6D470D" w14:textId="77777777" w:rsidR="00C85C0B" w:rsidRDefault="00000000">
            <w:pPr>
              <w:keepNext/>
            </w:pPr>
            <w:r>
              <w:rPr>
                <w:i/>
                <w:color w:val="7A7A7A"/>
              </w:rPr>
              <w:t xml:space="preserve">se </w:t>
            </w:r>
            <w:proofErr w:type="spellStart"/>
            <w:r>
              <w:rPr>
                <w:i/>
                <w:color w:val="7A7A7A"/>
              </w:rPr>
              <w:t>declară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aici</w:t>
            </w:r>
            <w:proofErr w:type="spellEnd"/>
          </w:p>
          <w:p w14:paraId="544B9697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72DCF9A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propusă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pentru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recepție</w:t>
            </w:r>
            <w:proofErr w:type="spellEnd"/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ora</w:t>
            </w:r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locul</w:t>
            </w:r>
            <w:proofErr w:type="spellEnd"/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Default="00150E80">
            <w:pPr>
              <w:spacing w:line="228" w:lineRule="auto"/>
            </w:pPr>
            <w:r>
              <w:t xml:space="preserve">Legea nr.169/2026 </w:t>
            </w:r>
            <w:proofErr w:type="spellStart"/>
            <w:r w:rsidRPr="00150E80">
              <w:t>privind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Codul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amenajării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teritoriului</w:t>
            </w:r>
            <w:proofErr w:type="spellEnd"/>
            <w:r w:rsidRPr="00150E80">
              <w:t xml:space="preserve">, </w:t>
            </w:r>
            <w:proofErr w:type="spellStart"/>
            <w:r w:rsidRPr="00150E80">
              <w:t>urbanismului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și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construcțiilor</w:t>
            </w:r>
            <w:proofErr w:type="spellEnd"/>
            <w:r>
              <w:t xml:space="preserve"> nu </w:t>
            </w:r>
            <w:proofErr w:type="spellStart"/>
            <w:r>
              <w:t>instituie</w:t>
            </w:r>
            <w:proofErr w:type="spellEnd"/>
            <w:r>
              <w:t xml:space="preserve"> o </w:t>
            </w:r>
            <w:proofErr w:type="spellStart"/>
            <w:r>
              <w:t>înștiințare</w:t>
            </w:r>
            <w:proofErr w:type="spellEnd"/>
            <w:r>
              <w:t xml:space="preserve"> </w:t>
            </w:r>
            <w:proofErr w:type="spellStart"/>
            <w:r>
              <w:t>distinctă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începerea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notificate</w:t>
            </w:r>
            <w:proofErr w:type="spellEnd"/>
            <w:r>
              <w:t xml:space="preserve">; data </w:t>
            </w:r>
            <w:proofErr w:type="spellStart"/>
            <w:r>
              <w:t>începerii</w:t>
            </w:r>
            <w:proofErr w:type="spellEnd"/>
            <w:r>
              <w:t xml:space="preserve"> se </w:t>
            </w:r>
            <w:proofErr w:type="spellStart"/>
            <w:r>
              <w:t>declară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prezentul</w:t>
            </w:r>
            <w:proofErr w:type="spellEnd"/>
            <w:r>
              <w:t xml:space="preserve"> formular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consemnează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procesul</w:t>
            </w:r>
            <w:proofErr w:type="spellEnd"/>
            <w:r>
              <w:t xml:space="preserve">-verbal de </w:t>
            </w:r>
            <w:proofErr w:type="spellStart"/>
            <w:r>
              <w:t>recepție</w:t>
            </w:r>
            <w:proofErr w:type="spellEnd"/>
            <w:r>
              <w:t>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Default="00000000">
            <w:r>
              <w:rPr>
                <w:b/>
                <w:color w:val="0D5F78"/>
              </w:rPr>
              <w:t>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AB84D" w14:textId="77777777" w:rsidR="000D449B" w:rsidRDefault="000D449B">
      <w:r>
        <w:separator/>
      </w:r>
    </w:p>
  </w:endnote>
  <w:endnote w:type="continuationSeparator" w:id="0">
    <w:p w14:paraId="7692577C" w14:textId="77777777" w:rsidR="000D449B" w:rsidRDefault="000D4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5726" w14:textId="77777777" w:rsidR="00C85C0B" w:rsidRDefault="00000000">
    <w:pPr>
      <w:pStyle w:val="Subsol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39305" w14:textId="77777777" w:rsidR="000D449B" w:rsidRDefault="000D449B">
      <w:r>
        <w:separator/>
      </w:r>
    </w:p>
  </w:footnote>
  <w:footnote w:type="continuationSeparator" w:id="0">
    <w:p w14:paraId="68B695EC" w14:textId="77777777" w:rsidR="000D449B" w:rsidRDefault="000D4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328430">
    <w:abstractNumId w:val="8"/>
  </w:num>
  <w:num w:numId="2" w16cid:durableId="1130898323">
    <w:abstractNumId w:val="6"/>
  </w:num>
  <w:num w:numId="3" w16cid:durableId="896206482">
    <w:abstractNumId w:val="5"/>
  </w:num>
  <w:num w:numId="4" w16cid:durableId="274681599">
    <w:abstractNumId w:val="4"/>
  </w:num>
  <w:num w:numId="5" w16cid:durableId="1333411861">
    <w:abstractNumId w:val="7"/>
  </w:num>
  <w:num w:numId="6" w16cid:durableId="1480608108">
    <w:abstractNumId w:val="3"/>
  </w:num>
  <w:num w:numId="7" w16cid:durableId="2120636634">
    <w:abstractNumId w:val="2"/>
  </w:num>
  <w:num w:numId="8" w16cid:durableId="967707077">
    <w:abstractNumId w:val="1"/>
  </w:num>
  <w:num w:numId="9" w16cid:durableId="184912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449B"/>
    <w:rsid w:val="0015074B"/>
    <w:rsid w:val="00150E80"/>
    <w:rsid w:val="00210834"/>
    <w:rsid w:val="0029639D"/>
    <w:rsid w:val="00326F90"/>
    <w:rsid w:val="003A7070"/>
    <w:rsid w:val="003F0F62"/>
    <w:rsid w:val="005C02E4"/>
    <w:rsid w:val="00A81951"/>
    <w:rsid w:val="00AA1D8D"/>
    <w:rsid w:val="00B47730"/>
    <w:rsid w:val="00B94163"/>
    <w:rsid w:val="00C85C0B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2026-10-06T16:57:00Z</dcterms:created>
  <dcterms:modified xsi:type="dcterms:W3CDTF">2026-10-06T16:57:00Z</dcterms:modified>
  <cp:category/>
</cp:coreProperties>
</file>